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Writing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Day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Appointments / tasks</w:t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634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Writing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