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Writing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80"/>
        <w:gridCol w:w="5580"/>
      </w:tblGrid>
      <w:t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Day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Appointments / tasks</w:t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Writing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