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Weekly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380"/>
        <w:gridCol w:w="7380"/>
      </w:tblGrid>
      <w:t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Day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Plans</w:t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Mon 4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Tue 5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Wed 6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Thu 7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Fri 8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Sat 9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Sun 10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