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Weekly Planner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380"/>
        <w:gridCol w:w="7380"/>
      </w:tblGrid>
      <w:tr>
        <w:tc>
          <w:tcPr>
            <w:tcW w:type="dxa" w:w="73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Day</w:t>
            </w:r>
          </w:p>
        </w:tc>
        <w:tc>
          <w:tcPr>
            <w:tcW w:type="dxa" w:w="7380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Plans</w:t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Mon 4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Tue 5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Wed 6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Thu 7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Fri 8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Sat 9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  <w:tr>
        <w:trPr>
          <w:trHeight w:val="1120" w:hRule="atLeast"/>
          <w:cantSplit/>
        </w:trPr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Sun 10</w:t>
            </w:r>
          </w:p>
        </w:tc>
        <w:tc>
          <w:tcPr>
            <w:tcW w:type="dxa" w:w="738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