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Meal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Day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Dinner</w:t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Meal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