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Meal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Dinner</w:t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Meal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