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Weekly Meal Planner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0"/>
        <w:gridCol w:w="3690"/>
        <w:gridCol w:w="3690"/>
        <w:gridCol w:w="3690"/>
      </w:tblGrid>
      <w:tr>
        <w:tc>
          <w:tcPr>
            <w:tcW w:type="dxa" w:w="369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Day</w:t>
            </w:r>
          </w:p>
        </w:tc>
        <w:tc>
          <w:tcPr>
            <w:tcW w:type="dxa" w:w="369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Breakfast</w:t>
            </w:r>
          </w:p>
        </w:tc>
        <w:tc>
          <w:tcPr>
            <w:tcW w:type="dxa" w:w="369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Lunch</w:t>
            </w:r>
          </w:p>
        </w:tc>
        <w:tc>
          <w:tcPr>
            <w:tcW w:type="dxa" w:w="369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Dinner</w:t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Meal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