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sz w:val="42"/>
        </w:rPr>
        <w:t>Planned and Actual Meal Log</w:t>
      </w:r>
    </w:p>
    <w:p>
      <w:r>
        <w:t>Jan 4, 2027 – Jan 10, 2027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690"/>
        <w:gridCol w:w="3690"/>
        <w:gridCol w:w="3690"/>
        <w:gridCol w:w="3690"/>
      </w:tblGrid>
      <w:tr>
        <w:tc>
          <w:tcPr>
            <w:tcW w:type="dxa" w:w="3690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b/>
                <w:sz w:val="18"/>
              </w:rPr>
              <w:t>Day</w:t>
            </w:r>
          </w:p>
        </w:tc>
        <w:tc>
          <w:tcPr>
            <w:tcW w:type="dxa" w:w="3690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b/>
                <w:sz w:val="18"/>
              </w:rPr>
              <w:t>Meal</w:t>
            </w:r>
          </w:p>
        </w:tc>
        <w:tc>
          <w:tcPr>
            <w:tcW w:type="dxa" w:w="3690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b/>
                <w:sz w:val="18"/>
              </w:rPr>
              <w:t>Planned</w:t>
            </w:r>
          </w:p>
        </w:tc>
        <w:tc>
          <w:tcPr>
            <w:tcW w:type="dxa" w:w="3690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b/>
                <w:sz w:val="18"/>
              </w:rPr>
              <w:t>Actual</w:t>
            </w:r>
          </w:p>
        </w:tc>
      </w:tr>
      <w:tr>
        <w:trPr>
          <w:trHeight w:val="435" w:hRule="atLeast"/>
          <w:cantSplit/>
        </w:trPr>
        <w:tc>
          <w:tcPr>
            <w:tcW w:type="dxa" w:w="3690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t>Mon 4</w:t>
            </w:r>
          </w:p>
        </w:tc>
        <w:tc>
          <w:tcPr>
            <w:tcW w:type="dxa" w:w="3690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t>Breakfast</w:t>
            </w:r>
          </w:p>
        </w:tc>
        <w:tc>
          <w:tcPr>
            <w:tcW w:type="dxa" w:w="3690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</w:r>
          </w:p>
        </w:tc>
        <w:tc>
          <w:tcPr>
            <w:tcW w:type="dxa" w:w="3690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</w:r>
          </w:p>
        </w:tc>
      </w:tr>
      <w:tr>
        <w:trPr>
          <w:trHeight w:val="435" w:hRule="atLeast"/>
          <w:cantSplit/>
        </w:trPr>
        <w:tc>
          <w:tcPr>
            <w:tcW w:type="dxa" w:w="3690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t>Mon 4</w:t>
            </w:r>
          </w:p>
        </w:tc>
        <w:tc>
          <w:tcPr>
            <w:tcW w:type="dxa" w:w="3690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t>Lunch</w:t>
            </w:r>
          </w:p>
        </w:tc>
        <w:tc>
          <w:tcPr>
            <w:tcW w:type="dxa" w:w="3690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</w:r>
          </w:p>
        </w:tc>
        <w:tc>
          <w:tcPr>
            <w:tcW w:type="dxa" w:w="3690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</w:r>
          </w:p>
        </w:tc>
      </w:tr>
      <w:tr>
        <w:trPr>
          <w:trHeight w:val="435" w:hRule="atLeast"/>
          <w:cantSplit/>
        </w:trPr>
        <w:tc>
          <w:tcPr>
            <w:tcW w:type="dxa" w:w="3690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t>Mon 4</w:t>
            </w:r>
          </w:p>
        </w:tc>
        <w:tc>
          <w:tcPr>
            <w:tcW w:type="dxa" w:w="3690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t>Dinner</w:t>
            </w:r>
          </w:p>
        </w:tc>
        <w:tc>
          <w:tcPr>
            <w:tcW w:type="dxa" w:w="3690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</w:r>
          </w:p>
        </w:tc>
        <w:tc>
          <w:tcPr>
            <w:tcW w:type="dxa" w:w="3690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</w:r>
          </w:p>
        </w:tc>
      </w:tr>
      <w:tr>
        <w:trPr>
          <w:trHeight w:val="435" w:hRule="atLeast"/>
          <w:cantSplit/>
        </w:trPr>
        <w:tc>
          <w:tcPr>
            <w:tcW w:type="dxa" w:w="3690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t>Tue 5</w:t>
            </w:r>
          </w:p>
        </w:tc>
        <w:tc>
          <w:tcPr>
            <w:tcW w:type="dxa" w:w="3690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t>Breakfast</w:t>
            </w:r>
          </w:p>
        </w:tc>
        <w:tc>
          <w:tcPr>
            <w:tcW w:type="dxa" w:w="3690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</w:r>
          </w:p>
        </w:tc>
        <w:tc>
          <w:tcPr>
            <w:tcW w:type="dxa" w:w="3690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</w:r>
          </w:p>
        </w:tc>
      </w:tr>
      <w:tr>
        <w:trPr>
          <w:trHeight w:val="435" w:hRule="atLeast"/>
          <w:cantSplit/>
        </w:trPr>
        <w:tc>
          <w:tcPr>
            <w:tcW w:type="dxa" w:w="3690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t>Tue 5</w:t>
            </w:r>
          </w:p>
        </w:tc>
        <w:tc>
          <w:tcPr>
            <w:tcW w:type="dxa" w:w="3690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t>Lunch</w:t>
            </w:r>
          </w:p>
        </w:tc>
        <w:tc>
          <w:tcPr>
            <w:tcW w:type="dxa" w:w="3690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</w:r>
          </w:p>
        </w:tc>
        <w:tc>
          <w:tcPr>
            <w:tcW w:type="dxa" w:w="3690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</w:r>
          </w:p>
        </w:tc>
      </w:tr>
      <w:tr>
        <w:trPr>
          <w:trHeight w:val="435" w:hRule="atLeast"/>
          <w:cantSplit/>
        </w:trPr>
        <w:tc>
          <w:tcPr>
            <w:tcW w:type="dxa" w:w="3690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t>Tue 5</w:t>
            </w:r>
          </w:p>
        </w:tc>
        <w:tc>
          <w:tcPr>
            <w:tcW w:type="dxa" w:w="3690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t>Dinner</w:t>
            </w:r>
          </w:p>
        </w:tc>
        <w:tc>
          <w:tcPr>
            <w:tcW w:type="dxa" w:w="3690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</w:r>
          </w:p>
        </w:tc>
        <w:tc>
          <w:tcPr>
            <w:tcW w:type="dxa" w:w="3690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</w:r>
          </w:p>
        </w:tc>
      </w:tr>
      <w:tr>
        <w:trPr>
          <w:trHeight w:val="435" w:hRule="atLeast"/>
          <w:cantSplit/>
        </w:trPr>
        <w:tc>
          <w:tcPr>
            <w:tcW w:type="dxa" w:w="3690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t>Wed 6</w:t>
            </w:r>
          </w:p>
        </w:tc>
        <w:tc>
          <w:tcPr>
            <w:tcW w:type="dxa" w:w="3690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t>Breakfast</w:t>
            </w:r>
          </w:p>
        </w:tc>
        <w:tc>
          <w:tcPr>
            <w:tcW w:type="dxa" w:w="3690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</w:r>
          </w:p>
        </w:tc>
        <w:tc>
          <w:tcPr>
            <w:tcW w:type="dxa" w:w="3690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</w:r>
          </w:p>
        </w:tc>
      </w:tr>
      <w:tr>
        <w:trPr>
          <w:trHeight w:val="435" w:hRule="atLeast"/>
          <w:cantSplit/>
        </w:trPr>
        <w:tc>
          <w:tcPr>
            <w:tcW w:type="dxa" w:w="3690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t>Wed 6</w:t>
            </w:r>
          </w:p>
        </w:tc>
        <w:tc>
          <w:tcPr>
            <w:tcW w:type="dxa" w:w="3690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t>Lunch</w:t>
            </w:r>
          </w:p>
        </w:tc>
        <w:tc>
          <w:tcPr>
            <w:tcW w:type="dxa" w:w="3690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</w:r>
          </w:p>
        </w:tc>
        <w:tc>
          <w:tcPr>
            <w:tcW w:type="dxa" w:w="3690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</w:r>
          </w:p>
        </w:tc>
      </w:tr>
      <w:tr>
        <w:trPr>
          <w:trHeight w:val="435" w:hRule="atLeast"/>
          <w:cantSplit/>
        </w:trPr>
        <w:tc>
          <w:tcPr>
            <w:tcW w:type="dxa" w:w="3690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t>Wed 6</w:t>
            </w:r>
          </w:p>
        </w:tc>
        <w:tc>
          <w:tcPr>
            <w:tcW w:type="dxa" w:w="3690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t>Dinner</w:t>
            </w:r>
          </w:p>
        </w:tc>
        <w:tc>
          <w:tcPr>
            <w:tcW w:type="dxa" w:w="3690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</w:r>
          </w:p>
        </w:tc>
        <w:tc>
          <w:tcPr>
            <w:tcW w:type="dxa" w:w="3690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</w:r>
          </w:p>
        </w:tc>
      </w:tr>
      <w:tr>
        <w:trPr>
          <w:trHeight w:val="435" w:hRule="atLeast"/>
          <w:cantSplit/>
        </w:trPr>
        <w:tc>
          <w:tcPr>
            <w:tcW w:type="dxa" w:w="3690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t>Thu 7</w:t>
            </w:r>
          </w:p>
        </w:tc>
        <w:tc>
          <w:tcPr>
            <w:tcW w:type="dxa" w:w="3690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t>Breakfast</w:t>
            </w:r>
          </w:p>
        </w:tc>
        <w:tc>
          <w:tcPr>
            <w:tcW w:type="dxa" w:w="3690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</w:r>
          </w:p>
        </w:tc>
        <w:tc>
          <w:tcPr>
            <w:tcW w:type="dxa" w:w="3690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</w:r>
          </w:p>
        </w:tc>
      </w:tr>
      <w:tr>
        <w:trPr>
          <w:trHeight w:val="435" w:hRule="atLeast"/>
          <w:cantSplit/>
        </w:trPr>
        <w:tc>
          <w:tcPr>
            <w:tcW w:type="dxa" w:w="3690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t>Thu 7</w:t>
            </w:r>
          </w:p>
        </w:tc>
        <w:tc>
          <w:tcPr>
            <w:tcW w:type="dxa" w:w="3690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t>Lunch</w:t>
            </w:r>
          </w:p>
        </w:tc>
        <w:tc>
          <w:tcPr>
            <w:tcW w:type="dxa" w:w="3690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</w:r>
          </w:p>
        </w:tc>
        <w:tc>
          <w:tcPr>
            <w:tcW w:type="dxa" w:w="3690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</w:r>
          </w:p>
        </w:tc>
      </w:tr>
      <w:tr>
        <w:trPr>
          <w:trHeight w:val="435" w:hRule="atLeast"/>
          <w:cantSplit/>
        </w:trPr>
        <w:tc>
          <w:tcPr>
            <w:tcW w:type="dxa" w:w="3690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t>Thu 7</w:t>
            </w:r>
          </w:p>
        </w:tc>
        <w:tc>
          <w:tcPr>
            <w:tcW w:type="dxa" w:w="3690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t>Dinner</w:t>
            </w:r>
          </w:p>
        </w:tc>
        <w:tc>
          <w:tcPr>
            <w:tcW w:type="dxa" w:w="3690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</w:r>
          </w:p>
        </w:tc>
        <w:tc>
          <w:tcPr>
            <w:tcW w:type="dxa" w:w="3690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</w:r>
          </w:p>
        </w:tc>
      </w:tr>
      <w:tr>
        <w:trPr>
          <w:trHeight w:val="435" w:hRule="atLeast"/>
          <w:cantSplit/>
        </w:trPr>
        <w:tc>
          <w:tcPr>
            <w:tcW w:type="dxa" w:w="3690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t>Fri 8</w:t>
            </w:r>
          </w:p>
        </w:tc>
        <w:tc>
          <w:tcPr>
            <w:tcW w:type="dxa" w:w="3690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t>Breakfast</w:t>
            </w:r>
          </w:p>
        </w:tc>
        <w:tc>
          <w:tcPr>
            <w:tcW w:type="dxa" w:w="3690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</w:r>
          </w:p>
        </w:tc>
        <w:tc>
          <w:tcPr>
            <w:tcW w:type="dxa" w:w="3690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</w:r>
          </w:p>
        </w:tc>
      </w:tr>
      <w:tr>
        <w:trPr>
          <w:trHeight w:val="435" w:hRule="atLeast"/>
          <w:cantSplit/>
        </w:trPr>
        <w:tc>
          <w:tcPr>
            <w:tcW w:type="dxa" w:w="3690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t>Fri 8</w:t>
            </w:r>
          </w:p>
        </w:tc>
        <w:tc>
          <w:tcPr>
            <w:tcW w:type="dxa" w:w="3690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t>Lunch</w:t>
            </w:r>
          </w:p>
        </w:tc>
        <w:tc>
          <w:tcPr>
            <w:tcW w:type="dxa" w:w="3690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</w:r>
          </w:p>
        </w:tc>
        <w:tc>
          <w:tcPr>
            <w:tcW w:type="dxa" w:w="3690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</w:r>
          </w:p>
        </w:tc>
      </w:tr>
      <w:tr>
        <w:trPr>
          <w:trHeight w:val="435" w:hRule="atLeast"/>
          <w:cantSplit/>
        </w:trPr>
        <w:tc>
          <w:tcPr>
            <w:tcW w:type="dxa" w:w="3690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t>Fri 8</w:t>
            </w:r>
          </w:p>
        </w:tc>
        <w:tc>
          <w:tcPr>
            <w:tcW w:type="dxa" w:w="3690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t>Dinner</w:t>
            </w:r>
          </w:p>
        </w:tc>
        <w:tc>
          <w:tcPr>
            <w:tcW w:type="dxa" w:w="3690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</w:r>
          </w:p>
        </w:tc>
        <w:tc>
          <w:tcPr>
            <w:tcW w:type="dxa" w:w="3690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</w:r>
          </w:p>
        </w:tc>
      </w:tr>
      <w:tr>
        <w:trPr>
          <w:trHeight w:val="435" w:hRule="atLeast"/>
          <w:cantSplit/>
        </w:trPr>
        <w:tc>
          <w:tcPr>
            <w:tcW w:type="dxa" w:w="3690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t>Sat 9</w:t>
            </w:r>
          </w:p>
        </w:tc>
        <w:tc>
          <w:tcPr>
            <w:tcW w:type="dxa" w:w="3690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t>Breakfast</w:t>
            </w:r>
          </w:p>
        </w:tc>
        <w:tc>
          <w:tcPr>
            <w:tcW w:type="dxa" w:w="3690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</w:r>
          </w:p>
        </w:tc>
        <w:tc>
          <w:tcPr>
            <w:tcW w:type="dxa" w:w="3690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</w:r>
          </w:p>
        </w:tc>
      </w:tr>
      <w:tr>
        <w:trPr>
          <w:trHeight w:val="435" w:hRule="atLeast"/>
          <w:cantSplit/>
        </w:trPr>
        <w:tc>
          <w:tcPr>
            <w:tcW w:type="dxa" w:w="3690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t>Sat 9</w:t>
            </w:r>
          </w:p>
        </w:tc>
        <w:tc>
          <w:tcPr>
            <w:tcW w:type="dxa" w:w="3690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t>Lunch</w:t>
            </w:r>
          </w:p>
        </w:tc>
        <w:tc>
          <w:tcPr>
            <w:tcW w:type="dxa" w:w="3690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</w:r>
          </w:p>
        </w:tc>
        <w:tc>
          <w:tcPr>
            <w:tcW w:type="dxa" w:w="3690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</w:r>
          </w:p>
        </w:tc>
      </w:tr>
      <w:tr>
        <w:trPr>
          <w:trHeight w:val="435" w:hRule="atLeast"/>
          <w:cantSplit/>
        </w:trPr>
        <w:tc>
          <w:tcPr>
            <w:tcW w:type="dxa" w:w="3690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t>Sat 9</w:t>
            </w:r>
          </w:p>
        </w:tc>
        <w:tc>
          <w:tcPr>
            <w:tcW w:type="dxa" w:w="3690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t>Dinner</w:t>
            </w:r>
          </w:p>
        </w:tc>
        <w:tc>
          <w:tcPr>
            <w:tcW w:type="dxa" w:w="3690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</w:r>
          </w:p>
        </w:tc>
        <w:tc>
          <w:tcPr>
            <w:tcW w:type="dxa" w:w="3690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</w:r>
          </w:p>
        </w:tc>
      </w:tr>
      <w:tr>
        <w:trPr>
          <w:trHeight w:val="435" w:hRule="atLeast"/>
          <w:cantSplit/>
        </w:trPr>
        <w:tc>
          <w:tcPr>
            <w:tcW w:type="dxa" w:w="3690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t>Sun 10</w:t>
            </w:r>
          </w:p>
        </w:tc>
        <w:tc>
          <w:tcPr>
            <w:tcW w:type="dxa" w:w="3690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t>Breakfast</w:t>
            </w:r>
          </w:p>
        </w:tc>
        <w:tc>
          <w:tcPr>
            <w:tcW w:type="dxa" w:w="3690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</w:r>
          </w:p>
        </w:tc>
        <w:tc>
          <w:tcPr>
            <w:tcW w:type="dxa" w:w="3690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</w:r>
          </w:p>
        </w:tc>
      </w:tr>
      <w:tr>
        <w:trPr>
          <w:trHeight w:val="435" w:hRule="atLeast"/>
          <w:cantSplit/>
        </w:trPr>
        <w:tc>
          <w:tcPr>
            <w:tcW w:type="dxa" w:w="3690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t>Sun 10</w:t>
            </w:r>
          </w:p>
        </w:tc>
        <w:tc>
          <w:tcPr>
            <w:tcW w:type="dxa" w:w="3690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t>Lunch</w:t>
            </w:r>
          </w:p>
        </w:tc>
        <w:tc>
          <w:tcPr>
            <w:tcW w:type="dxa" w:w="3690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</w:r>
          </w:p>
        </w:tc>
        <w:tc>
          <w:tcPr>
            <w:tcW w:type="dxa" w:w="3690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</w:r>
          </w:p>
        </w:tc>
      </w:tr>
      <w:tr>
        <w:trPr>
          <w:trHeight w:val="435" w:hRule="atLeast"/>
          <w:cantSplit/>
        </w:trPr>
        <w:tc>
          <w:tcPr>
            <w:tcW w:type="dxa" w:w="3690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t>Sun 10</w:t>
            </w:r>
          </w:p>
        </w:tc>
        <w:tc>
          <w:tcPr>
            <w:tcW w:type="dxa" w:w="3690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t>Dinner</w:t>
            </w:r>
          </w:p>
        </w:tc>
        <w:tc>
          <w:tcPr>
            <w:tcW w:type="dxa" w:w="3690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</w:r>
          </w:p>
        </w:tc>
        <w:tc>
          <w:tcPr>
            <w:tcW w:type="dxa" w:w="3690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</w:r>
          </w:p>
        </w:tc>
      </w:tr>
    </w:tbl>
    <w:sectPr w:rsidR="00FC693F" w:rsidRPr="0006063C" w:rsidSect="00034616">
      <w:footerReference w:type="default" r:id="rId9"/>
      <w:pgSz w:w="15840" w:h="12240"/>
      <w:pgMar w:top="440" w:right="540" w:bottom="800" w:left="5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b/>
        <w:sz w:val="14"/>
      </w:rPr>
      <w:t>printgridcalendar.com</w:t>
      <w:br/>
    </w:r>
    <w:r>
      <w:rPr>
        <w:sz w:val="14"/>
      </w:rPr>
      <w:t>© 2026 Print Grid Calendar. All rights reserved.</w:t>
      <w:br/>
      <w:t>Free to print for personal, classroom, and workplace planning. Please keep the credit intact.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 w:line="240" w:lineRule="auto"/>
    </w:pPr>
    <w:rPr>
      <w:rFonts w:ascii="Libre Franklin" w:hAnsi="Libre Franklin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Planned and Actual Meal Log</dc:title>
  <dc:subject>© 2026 Print Grid Calendar. All rights reserved.</dc:subject>
  <dc:creator>Print Grid Calendar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