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Planned and Actual Meal Log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0"/>
        <w:gridCol w:w="3690"/>
        <w:gridCol w:w="3690"/>
        <w:gridCol w:w="3690"/>
      </w:tblGrid>
      <w:t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Day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Meal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Planned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Actual</w:t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373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Planned and Actual Meal Log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