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2027 Planned and Actual Meal Log</w:t>
      </w:r>
    </w:p>
    <w:p>
      <w:r>
        <w:t>Jan 4, 2027 – Jan 10,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90"/>
        <w:gridCol w:w="3690"/>
        <w:gridCol w:w="3690"/>
        <w:gridCol w:w="3690"/>
      </w:tblGrid>
      <w:tr>
        <w:tc>
          <w:tcPr>
            <w:tcW w:type="dxa" w:w="3690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Day</w:t>
            </w:r>
          </w:p>
        </w:tc>
        <w:tc>
          <w:tcPr>
            <w:tcW w:type="dxa" w:w="3690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Meal</w:t>
            </w:r>
          </w:p>
        </w:tc>
        <w:tc>
          <w:tcPr>
            <w:tcW w:type="dxa" w:w="3690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Planned</w:t>
            </w:r>
          </w:p>
        </w:tc>
        <w:tc>
          <w:tcPr>
            <w:tcW w:type="dxa" w:w="3690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Actual</w:t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Mon 4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Breakfast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Mon 4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Lunch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Mon 4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Dinner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Tue 5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Breakfast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Tue 5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Lunch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Tue 5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Dinner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Wed 6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Breakfast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Wed 6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Lunch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Wed 6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Dinner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Thu 7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Breakfast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Thu 7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Lunch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Thu 7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Dinner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Fri 8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Breakfast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Fri 8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Lunch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Fri 8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Dinner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Sat 9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Breakfast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Sat 9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Lunch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Sat 9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Dinner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Sun 10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Breakfast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Sun 10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Lunch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435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Sun 10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Dinner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Planned and Actual Meal Log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