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Weekly Day Blocks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Day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Morning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Afternoon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Evening</w:t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Day Blocks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