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US Federal Holiday List 2027</w:t>
      </w:r>
    </w:p>
    <w:p>
      <w:r>
        <w:t>Jan 1, 2027 – Dec 31,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Holiday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Actual date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Observed date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Jan 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Jan 1,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Martin Luther King Jr.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Jan 18,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Jan 18,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Washington's Birthday (Presidents Day)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Feb 15,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Feb 15,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Memorial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May 31,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May 31,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Juneteenth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Jun 19,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Jun 18,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Independence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Jul 4,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Jul 5,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Labor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Sep 6,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Sep 6,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Columbus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Oct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Oct 11,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Veterans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Nov 11,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Nov 11,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Thanksgiving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Nov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Nov 25,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Christmas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Dec 25, 2027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Dec 24, 2027</w:t>
            </w:r>
          </w:p>
        </w:tc>
      </w:tr>
      <w:tr>
        <w:trPr>
          <w:trHeight w:val="653" w:hRule="atLeast"/>
          <w:cantSplit/>
        </w:trPr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New Year's Day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Jan 1, 2028</w:t>
            </w:r>
          </w:p>
        </w:tc>
        <w:tc>
          <w:tcPr>
            <w:tcW w:type="dxa" w:w="49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Dec 31, 2027</w:t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Federal Holiday List 2027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