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Q4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October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November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December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