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Q3 2027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July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August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September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