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Q2 2027 CALENDAR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April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May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June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19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Libre Franklin" w:hAnsi="Libre Franklin"/>
                      <w:sz w:val="16"/>
                    </w:rPr>
                  </w:r>
                </w:p>
              </w:tc>
            </w:tr>
          </w:tbl>
          <w:p/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Q2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