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October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Sat</w:t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9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16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23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30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