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May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b/>
                <w:sz w:val="18"/>
              </w:rPr>
              <w:t>Sat</w:t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8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15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22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29</w:t>
              <w:br/>
            </w:r>
          </w:p>
        </w:tc>
      </w:tr>
      <w:tr>
        <w:trPr>
          <w:trHeight w:val="1307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Barlow Condensed" w:hAnsi="Barlow Condensed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Barlow Condensed" w:hAnsi="Barlow Condense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