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June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Sat</w:t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5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12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19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26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Barlow Condensed" w:hAnsi="Barlow Condense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