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July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Sat</w:t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10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17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24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31</w:t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Work Sans" w:hAnsi="Work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