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July 2027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Sun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Mon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Tue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Wed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Thu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Fri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Sat</w:t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3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10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17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24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30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31</w:t>
              <w:br/>
            </w:r>
          </w:p>
        </w:tc>
      </w:tr>
    </w:tbl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Libre Franklin" w:hAnsi="Libre Franklin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July 2027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