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2027 July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Sun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Mon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Tue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Wed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Thu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Fri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Sat</w:t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3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10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17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24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31</w:t>
              <w:br/>
            </w:r>
          </w:p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Montserrat" w:hAnsi="Montserrat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July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