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January 2028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09"/>
        <w:gridCol w:w="2109"/>
        <w:gridCol w:w="2109"/>
        <w:gridCol w:w="2109"/>
        <w:gridCol w:w="2109"/>
        <w:gridCol w:w="2109"/>
        <w:gridCol w:w="2109"/>
      </w:tblGrid>
      <w:t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Sun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Mon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Tue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Wed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Thu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Fri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Sat</w:t>
            </w:r>
          </w:p>
        </w:tc>
      </w:tr>
      <w:tr>
        <w:trPr>
          <w:trHeight w:val="1523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</w:t>
              <w:br/>
            </w:r>
          </w:p>
        </w:tc>
      </w:tr>
      <w:tr>
        <w:trPr>
          <w:trHeight w:val="1523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8</w:t>
              <w:br/>
            </w:r>
          </w:p>
        </w:tc>
      </w:tr>
      <w:tr>
        <w:trPr>
          <w:trHeight w:val="1523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15</w:t>
              <w:br/>
            </w:r>
          </w:p>
        </w:tc>
      </w:tr>
      <w:tr>
        <w:trPr>
          <w:trHeight w:val="1523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22</w:t>
              <w:br/>
            </w:r>
          </w:p>
        </w:tc>
      </w:tr>
      <w:tr>
        <w:trPr>
          <w:trHeight w:val="1523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29</w:t>
              <w:br/>
            </w:r>
          </w:p>
        </w:tc>
      </w:tr>
      <w:tr>
        <w:trPr>
          <w:trHeight w:val="1523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30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31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</w:tr>
    </w:tbl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Libre Franklin" w:hAnsi="Libre Franklin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January 2028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