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2028 January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09"/>
        <w:gridCol w:w="2109"/>
        <w:gridCol w:w="2109"/>
        <w:gridCol w:w="2109"/>
        <w:gridCol w:w="2109"/>
        <w:gridCol w:w="2109"/>
        <w:gridCol w:w="2109"/>
      </w:tblGrid>
      <w:tr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Sun</w:t>
            </w:r>
          </w:p>
        </w:tc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Mon</w:t>
            </w:r>
          </w:p>
        </w:tc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Tue</w:t>
            </w:r>
          </w:p>
        </w:tc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Wed</w:t>
            </w:r>
          </w:p>
        </w:tc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Thu</w:t>
            </w:r>
          </w:p>
        </w:tc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Fri</w:t>
            </w:r>
          </w:p>
        </w:tc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Sat</w:t>
            </w:r>
          </w:p>
        </w:tc>
      </w:tr>
      <w:tr>
        <w:trPr>
          <w:trHeight w:val="1523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</w:t>
              <w:br/>
            </w:r>
          </w:p>
        </w:tc>
      </w:tr>
      <w:tr>
        <w:trPr>
          <w:trHeight w:val="1523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8</w:t>
              <w:br/>
            </w:r>
          </w:p>
        </w:tc>
      </w:tr>
      <w:tr>
        <w:trPr>
          <w:trHeight w:val="1523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15</w:t>
              <w:br/>
            </w:r>
          </w:p>
        </w:tc>
      </w:tr>
      <w:tr>
        <w:trPr>
          <w:trHeight w:val="1523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22</w:t>
              <w:br/>
            </w:r>
          </w:p>
        </w:tc>
      </w:tr>
      <w:tr>
        <w:trPr>
          <w:trHeight w:val="1523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29</w:t>
              <w:br/>
            </w:r>
          </w:p>
        </w:tc>
      </w:tr>
      <w:tr>
        <w:trPr>
          <w:trHeight w:val="1523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30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31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</w:tr>
    </w:tbl>
    <w:sectPr w:rsidR="00FC693F" w:rsidRPr="0006063C" w:rsidSect="00034616">
      <w:footerReference w:type="default" r:id="rId9"/>
      <w:pgSz w:w="15840" w:h="122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Montserrat" w:hAnsi="Montserrat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January 2028 Calendar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