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Hourly Weekly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45"/>
        <w:gridCol w:w="1845"/>
        <w:gridCol w:w="1845"/>
        <w:gridCol w:w="1845"/>
        <w:gridCol w:w="1845"/>
        <w:gridCol w:w="1845"/>
        <w:gridCol w:w="1845"/>
        <w:gridCol w:w="1845"/>
      </w:tblGrid>
      <w:t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Time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 4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 5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 6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 7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 8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 9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 10</w:t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653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Weekly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