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Hourly Weekly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45"/>
        <w:gridCol w:w="1845"/>
        <w:gridCol w:w="1845"/>
        <w:gridCol w:w="1845"/>
        <w:gridCol w:w="1845"/>
        <w:gridCol w:w="1845"/>
        <w:gridCol w:w="1845"/>
        <w:gridCol w:w="1845"/>
      </w:tblGrid>
      <w:tr>
        <w:tc>
          <w:tcPr>
            <w:tcW w:type="dxa" w:w="184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Time</w:t>
            </w:r>
          </w:p>
        </w:tc>
        <w:tc>
          <w:tcPr>
            <w:tcW w:type="dxa" w:w="184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 4</w:t>
            </w:r>
          </w:p>
        </w:tc>
        <w:tc>
          <w:tcPr>
            <w:tcW w:type="dxa" w:w="184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 5</w:t>
            </w:r>
          </w:p>
        </w:tc>
        <w:tc>
          <w:tcPr>
            <w:tcW w:type="dxa" w:w="184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 6</w:t>
            </w:r>
          </w:p>
        </w:tc>
        <w:tc>
          <w:tcPr>
            <w:tcW w:type="dxa" w:w="184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 7</w:t>
            </w:r>
          </w:p>
        </w:tc>
        <w:tc>
          <w:tcPr>
            <w:tcW w:type="dxa" w:w="184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 8</w:t>
            </w:r>
          </w:p>
        </w:tc>
        <w:tc>
          <w:tcPr>
            <w:tcW w:type="dxa" w:w="184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 9</w:t>
            </w:r>
          </w:p>
        </w:tc>
        <w:tc>
          <w:tcPr>
            <w:tcW w:type="dxa" w:w="1845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 10</w:t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Weekly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