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FISCAL YEAR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October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November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