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February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Sat</w:t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6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13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20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27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Work Sans" w:hAnsi="Work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