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December 2028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9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16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23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30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