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sz w:val="42"/>
        </w:rPr>
        <w:t>December 2028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109"/>
        <w:gridCol w:w="2109"/>
        <w:gridCol w:w="2109"/>
        <w:gridCol w:w="2109"/>
        <w:gridCol w:w="2109"/>
        <w:gridCol w:w="2109"/>
        <w:gridCol w:w="2109"/>
      </w:tblGrid>
      <w:tr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b/>
                <w:sz w:val="18"/>
              </w:rPr>
              <w:t>Sun</w:t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b/>
                <w:sz w:val="18"/>
              </w:rPr>
              <w:t>Mon</w:t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b/>
                <w:sz w:val="18"/>
              </w:rPr>
              <w:t>Tue</w:t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b/>
                <w:sz w:val="18"/>
              </w:rPr>
              <w:t>Wed</w:t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b/>
                <w:sz w:val="18"/>
              </w:rPr>
              <w:t>Thu</w:t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b/>
                <w:sz w:val="18"/>
              </w:rPr>
              <w:t>Fri</w:t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b/>
                <w:sz w:val="18"/>
              </w:rPr>
              <w:t>Sat</w:t>
            </w:r>
          </w:p>
        </w:tc>
      </w:tr>
      <w:tr>
        <w:trPr>
          <w:trHeight w:val="1307" w:hRule="atLeast"/>
          <w:cantSplit/>
        </w:trPr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8"/>
              </w:rPr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8"/>
              </w:rPr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8"/>
              </w:rPr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8"/>
              </w:rPr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8"/>
              </w:rPr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8"/>
              </w:rPr>
              <w:t>1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8"/>
              </w:rPr>
              <w:t>2</w:t>
              <w:br/>
            </w:r>
          </w:p>
        </w:tc>
      </w:tr>
      <w:tr>
        <w:trPr>
          <w:trHeight w:val="1307" w:hRule="atLeast"/>
          <w:cantSplit/>
        </w:trPr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8"/>
              </w:rPr>
              <w:t>3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8"/>
              </w:rPr>
              <w:t>4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8"/>
              </w:rPr>
              <w:t>5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8"/>
              </w:rPr>
              <w:t>6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8"/>
              </w:rPr>
              <w:t>7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8"/>
              </w:rPr>
              <w:t>8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8"/>
              </w:rPr>
              <w:t>9</w:t>
              <w:br/>
            </w:r>
          </w:p>
        </w:tc>
      </w:tr>
      <w:tr>
        <w:trPr>
          <w:trHeight w:val="1307" w:hRule="atLeast"/>
          <w:cantSplit/>
        </w:trPr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8"/>
              </w:rPr>
              <w:t>10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8"/>
              </w:rPr>
              <w:t>11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8"/>
              </w:rPr>
              <w:t>12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8"/>
              </w:rPr>
              <w:t>13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8"/>
              </w:rPr>
              <w:t>14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8"/>
              </w:rPr>
              <w:t>15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8"/>
              </w:rPr>
              <w:t>16</w:t>
              <w:br/>
            </w:r>
          </w:p>
        </w:tc>
      </w:tr>
      <w:tr>
        <w:trPr>
          <w:trHeight w:val="1307" w:hRule="atLeast"/>
          <w:cantSplit/>
        </w:trPr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8"/>
              </w:rPr>
              <w:t>17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8"/>
              </w:rPr>
              <w:t>18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8"/>
              </w:rPr>
              <w:t>19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8"/>
              </w:rPr>
              <w:t>20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8"/>
              </w:rPr>
              <w:t>21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8"/>
              </w:rPr>
              <w:t>22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8"/>
              </w:rPr>
              <w:t>23</w:t>
              <w:br/>
            </w:r>
          </w:p>
        </w:tc>
      </w:tr>
      <w:tr>
        <w:trPr>
          <w:trHeight w:val="1307" w:hRule="atLeast"/>
          <w:cantSplit/>
        </w:trPr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8"/>
              </w:rPr>
              <w:t>24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8"/>
              </w:rPr>
              <w:t>25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8"/>
              </w:rPr>
              <w:t>26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8"/>
              </w:rPr>
              <w:t>27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8"/>
              </w:rPr>
              <w:t>28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8"/>
              </w:rPr>
              <w:t>29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8"/>
              </w:rPr>
              <w:t>30</w:t>
              <w:br/>
            </w:r>
          </w:p>
        </w:tc>
      </w:tr>
      <w:tr>
        <w:trPr>
          <w:trHeight w:val="1307" w:hRule="atLeast"/>
          <w:cantSplit/>
        </w:trPr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8"/>
              </w:rPr>
              <w:t>31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8"/>
              </w:rPr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8"/>
              </w:rPr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8"/>
              </w:rPr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8"/>
              </w:rPr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8"/>
              </w:rPr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8"/>
              </w:rPr>
              <w:br/>
            </w:r>
          </w:p>
        </w:tc>
      </w:tr>
    </w:tbl>
    <w:p>
      <w:r>
        <w:rPr>
          <w:b/>
        </w:rPr>
        <w:t>Notes and priorities</w:t>
      </w:r>
    </w:p>
    <w:p>
      <w:r>
        <w:br/>
      </w:r>
    </w:p>
    <w:sectPr w:rsidR="00FC693F" w:rsidRPr="0006063C" w:rsidSect="00034616">
      <w:footerReference w:type="default" r:id="rId9"/>
      <w:pgSz w:w="15840" w:h="12240"/>
      <w:pgMar w:top="440" w:right="540" w:bottom="800" w:left="5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b/>
        <w:sz w:val="14"/>
      </w:rPr>
      <w:t>printgridcalendar.com</w:t>
      <w:br/>
    </w:r>
    <w:r>
      <w:rPr>
        <w:sz w:val="14"/>
      </w:rPr>
      <w:t>© 2026 Print Grid Calendar. All rights reserved.</w:t>
      <w:br/>
      <w:t>Free to print for personal, classroom, and workplace planning. Please keep the credit intact.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before="0" w:line="240" w:lineRule="auto"/>
    </w:pPr>
    <w:rPr>
      <w:rFonts w:ascii="Barlow Condensed" w:hAnsi="Barlow Condensed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December 2028 Calendar</dc:title>
  <dc:subject>© 2026 Print Grid Calendar. All rights reserved.</dc:subject>
  <dc:creator>Print Grid Calendar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