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2028 December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Sun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Mon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Tue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Wed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Thu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Fri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Sat</w:t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9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16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23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30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Montserrat" w:hAnsi="Montserrat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