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December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Sat</w:t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4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11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18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25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31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Libre Franklin" w:hAnsi="Libre Frankli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