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2027 December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Sun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Mon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Tue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Wed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Thu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Fri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4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11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18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25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