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Daily Planner</w:t>
      </w:r>
    </w:p>
    <w:p>
      <w:r>
        <w:t>Jan 4,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580"/>
        <w:gridCol w:w="5580"/>
      </w:tblGrid>
      <w:tr>
        <w:tc>
          <w:tcPr>
            <w:tcW w:type="dxa" w:w="558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Time</w:t>
            </w:r>
          </w:p>
        </w:tc>
        <w:tc>
          <w:tcPr>
            <w:tcW w:type="dxa" w:w="558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Agenda</w:t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11:00 AM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817" w:hRule="atLeast"/>
          <w:cantSplit/>
        </w:trPr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8:00 PM</w:t>
            </w:r>
          </w:p>
        </w:tc>
        <w:tc>
          <w:tcPr>
            <w:tcW w:type="dxa" w:w="55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