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Sat</w:t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Work Sans" w:hAnsi="Work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