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2"/>
        </w:rPr>
        <w:t>2028 August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09"/>
        <w:gridCol w:w="2109"/>
        <w:gridCol w:w="2109"/>
        <w:gridCol w:w="2109"/>
        <w:gridCol w:w="2109"/>
        <w:gridCol w:w="2109"/>
        <w:gridCol w:w="2109"/>
      </w:tblGrid>
      <w:tr>
        <w:tc>
          <w:tcPr>
            <w:tcW w:type="dxa" w:w="2109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Sun</w:t>
            </w:r>
          </w:p>
        </w:tc>
        <w:tc>
          <w:tcPr>
            <w:tcW w:type="dxa" w:w="2109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Mon</w:t>
            </w:r>
          </w:p>
        </w:tc>
        <w:tc>
          <w:tcPr>
            <w:tcW w:type="dxa" w:w="2109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Tue</w:t>
            </w:r>
          </w:p>
        </w:tc>
        <w:tc>
          <w:tcPr>
            <w:tcW w:type="dxa" w:w="2109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Wed</w:t>
            </w:r>
          </w:p>
        </w:tc>
        <w:tc>
          <w:tcPr>
            <w:tcW w:type="dxa" w:w="2109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Thu</w:t>
            </w:r>
          </w:p>
        </w:tc>
        <w:tc>
          <w:tcPr>
            <w:tcW w:type="dxa" w:w="2109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Fri</w:t>
            </w:r>
          </w:p>
        </w:tc>
        <w:tc>
          <w:tcPr>
            <w:tcW w:type="dxa" w:w="2109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Sat</w:t>
            </w:r>
          </w:p>
        </w:tc>
      </w:tr>
      <w:tr>
        <w:trPr>
          <w:trHeight w:val="182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5</w:t>
              <w:br/>
            </w:r>
          </w:p>
        </w:tc>
      </w:tr>
      <w:tr>
        <w:trPr>
          <w:trHeight w:val="182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12</w:t>
              <w:br/>
            </w:r>
          </w:p>
        </w:tc>
      </w:tr>
      <w:tr>
        <w:trPr>
          <w:trHeight w:val="182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19</w:t>
              <w:br/>
            </w:r>
          </w:p>
        </w:tc>
      </w:tr>
      <w:tr>
        <w:trPr>
          <w:trHeight w:val="182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26</w:t>
              <w:br/>
            </w:r>
          </w:p>
        </w:tc>
      </w:tr>
      <w:tr>
        <w:trPr>
          <w:trHeight w:val="182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30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31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</w:tr>
    </w:tbl>
    <w:sectPr w:rsidR="00FC693F" w:rsidRPr="0006063C" w:rsidSect="00034616">
      <w:footerReference w:type="default" r:id="rId9"/>
      <w:pgSz w:w="15840" w:h="12240"/>
      <w:pgMar w:top="440" w:right="540" w:bottom="80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/>
        <w:sz w:val="14"/>
      </w:rPr>
      <w:t>printgridcalendar.com</w:t>
      <w:br/>
    </w:r>
    <w:r>
      <w:rPr>
        <w:sz w:val="14"/>
      </w:rPr>
      <w:t>© 2026 Print Grid Calendar. All rights reserved.</w:t>
      <w:br/>
      <w:t>Free to print for personal, classroom, and workplace planning. Please keep the credit intact.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Montserrat" w:hAnsi="Montserrat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August 2028 Calendar</dc:title>
  <dc:subject>© 2026 Print Grid Calendar. All rights reserved.</dc:subject>
  <dc:creator>Print Grid Calendar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