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August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Sat</w:t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7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14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21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28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