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Annual Vertical Calendar</w:t>
      </w:r>
    </w:p>
    <w:p>
      <w:r>
        <w:t>Jan 1, 2027 – Dec 31,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</w:tblGrid>
      <w:tr>
        <w:tc>
          <w:tcPr>
            <w:tcW w:type="dxa" w:w="113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Day</w:t>
            </w:r>
          </w:p>
        </w:tc>
        <w:tc>
          <w:tcPr>
            <w:tcW w:type="dxa" w:w="113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Jan</w:t>
            </w:r>
          </w:p>
        </w:tc>
        <w:tc>
          <w:tcPr>
            <w:tcW w:type="dxa" w:w="113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Feb</w:t>
            </w:r>
          </w:p>
        </w:tc>
        <w:tc>
          <w:tcPr>
            <w:tcW w:type="dxa" w:w="113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Mar</w:t>
            </w:r>
          </w:p>
        </w:tc>
        <w:tc>
          <w:tcPr>
            <w:tcW w:type="dxa" w:w="113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Apr</w:t>
            </w:r>
          </w:p>
        </w:tc>
        <w:tc>
          <w:tcPr>
            <w:tcW w:type="dxa" w:w="113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May</w:t>
            </w:r>
          </w:p>
        </w:tc>
        <w:tc>
          <w:tcPr>
            <w:tcW w:type="dxa" w:w="113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Jun</w:t>
            </w:r>
          </w:p>
        </w:tc>
        <w:tc>
          <w:tcPr>
            <w:tcW w:type="dxa" w:w="113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Jul</w:t>
            </w:r>
          </w:p>
        </w:tc>
        <w:tc>
          <w:tcPr>
            <w:tcW w:type="dxa" w:w="113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Aug</w:t>
            </w:r>
          </w:p>
        </w:tc>
        <w:tc>
          <w:tcPr>
            <w:tcW w:type="dxa" w:w="113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Sep</w:t>
            </w:r>
          </w:p>
        </w:tc>
        <w:tc>
          <w:tcPr>
            <w:tcW w:type="dxa" w:w="113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Oct</w:t>
            </w:r>
          </w:p>
        </w:tc>
        <w:tc>
          <w:tcPr>
            <w:tcW w:type="dxa" w:w="113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Nov</w:t>
            </w:r>
          </w:p>
        </w:tc>
        <w:tc>
          <w:tcPr>
            <w:tcW w:type="dxa" w:w="113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Dec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1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2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3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4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5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6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7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8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9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10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11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12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13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14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15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16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17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18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19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20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21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22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23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24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25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26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27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28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29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30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Th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31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  <w:t>Fr</w:t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Vertical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